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عجمية وظلالها قصيدة "في القدس "ل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ان سماح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