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الدلالة المعجمية وظلالها قصيدة "في القدس " لتميم البرغوتي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دوخان سماح/ بومناخ ياسر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800261011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