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 ساق البامبو" لسعود السنعوسي دراسة بنيوية تطكوينية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