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ترجمة المصطلح اللساني لطلبة السنة الثالثة تخصص لسانيات تطبيقية المركز الجامعي عبد الحفيظ بوالصوف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مزهود زينب/ بن الشريف محمد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800261511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