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جريدة الاقدام شعر قدور بن محي الدين الحلوي -انمودجا-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عرعار سلسبيل/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