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رواية"كراف الخطايا ج1" 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نسيبة/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