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دلالة ألفاظ الحرب بين معجمي الوسيط والمعاصر -دراسة دلالية  مقارنة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حداد أحلام/ عبيد جميلة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800262511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