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المثاقفة اللسانية بين العربية والامازيغية (القبائلية) دراسة في الصوت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محبوبي هاجر/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