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الاعلم الشنتمري ومنهجه النحوي في كتابه النكت في تفسير كتاب سيبويه وتبيين الخفي من لفضه وشرح أبياته وغريبه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لعلى بوعلي رميساء/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800263211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