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امراة منخيبة لزكية علال -دراسة اسلوبية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أمينة/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