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اللغوي في ديوان " تغريبة جعفر الطيار " ليوسف وغليسي 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