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الدلالية في مصنف الكتاب لسيبويه الجزء الاول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 أحلام/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