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التحضير للمحاضرة لدى الاستاد الجامعي -دراسة على قسم اللغة العربية -بجامعة ميلة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بوكريعة أسماء/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