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اللغة العربية في مراكز محو الامية وتعليم الكبار واد النجاء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مرزوق صونيا/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800264911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