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التراكيب اللغوية عند مازن الوعد الجملة الفعلية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قروج رامي/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