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النحوي عند فاضل السامرائي من خلال كتابه معاني 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عصمان بشرى/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