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المبني للمجهول بين القدامى والمحدثين "مازن الوعد انمودجا"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سهيلة/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