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المفردة في القران الكريم وأثرها في المعنى -سورة الأعراف 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آمنة/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