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وظيفة البؤرة في التحليل الوظيفي للجملة نمادج تحليلية من أوراق الورد لمصطفى صادق الرافعي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 سلمى/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