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"ريح يوسف"لعلاوة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بوالغالغ سليمة/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