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الشوق في شعر السجون "هدبة بن الخرشم"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خدة غنية/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800266911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