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الانجليزية لغير الناطقين بها قاموس "دليل التحدث بالانجليزية أتعلم الإنجليزية بسرعة"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لمودع صباح/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