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التعايش اللغوي بين العربية والامازيغية من خلال الجهود اللغوية لصالح بلعيد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بيوض صبرينة/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