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تعليم اللغة العربية في ظل شيوع العامية في النراحل التعليمية -المرحلة الابتدائية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بوقطوشة فرح/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