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اللغوي للبنية الاجتماعية نمادج مختارة من مقامات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فرني رانية/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