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بين التعريض والاقتراض في ترجمة المصطلحات -قاموس اللسانيات لعبد السلام المسدي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كروش أحلام/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