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أصالة الخطاب اللساني عند عبد الرحمان الحاج صالح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شرير أحلام/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800269611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