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العناصر الحجاجية ودورها في تحقيق التغذية الراجعة عند تلاميذ السنة الأولى ثانوي شعبة العلوم التجريبية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رومسية/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