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الاسطورة في رواية " نزيف الحجر"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مريم/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