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عناصر الاقناع في وصايا "عمر بن عبد العزيز"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 سامية/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