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الصورة البيانية في تنمية الملكة التبليغية لدى تلاميذ السنة الثالثة ثانوي شعبة اداب وفلسفة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حقيب بشرى/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