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التطور الدلالي لكلمة "حق " من معجم لسان العرب لإبن منظور ومعجم اللغة العربية المعاصرة لأحمد مختار عمر -دراسة مقارنة-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فغرور فاطمة/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800271811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