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التخييل التاريخي في رواية" الرايس"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بومسلات إيمان/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