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العتبات النصية في رواية "معزوفات العبور " لمعمر حجيج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طيبي إبتسام/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