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إسهامات عبد الرحمن الحاج صالح في حقل التعليمية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دهيمي إكرام/ معزوز عبد الحليم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100ص.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800272611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