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الاشاريات في سورة القصص -دراسة تداولية-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بزاز حياة/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