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تشظي الهوية في قصص ويلفظني البحر لفاطمة قيدوش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بولخراص رحاب/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800272911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