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اراء ابن مالك النحوية من خلال كتاب شرح التسهيل المرفوعات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بومهدي نزيهة/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