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الحوار والجدال في القران الكريم -دراسة بلاغية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أمين/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