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الضدية في شعر ابي الفراس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عزوز خولة/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