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الاسلوبية في قصيدة "وصيتي "راوية جراد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ريان/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