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العنونة في ديوان ملاك رجيم لمحمد بوطغان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مخناش أمال/ كوسة علاوة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800274911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