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ترجمة المصطلحات النحوية العربية الى اللغة الفرنسية عند بلاشير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دلال/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