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الامثال والحكم في شعر الزهد أبو العتاهية انمودجا - دراسة فنية موضوعاتية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بوسلوب هند/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800275311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