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Ouled Said, Palmeraie du Gourara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Abed Bendjelid/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article, p-p 43-64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س.15، عدد مزدوج 51-52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