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اللغة للموشحات الصوفية " محي الدين بن عربي "انمودجا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لعور نعيمة/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