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الألغاز في مقامات الحريري"دراسة في البنية والوظيفة"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سملالة جميلة/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