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"في رسالة الصحابة" لإبن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خالد/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