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موشحات أبي عبد الله التلمساني"دراسة في المضامين والإيقاع"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بوكماية بسمة/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