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الطلب المبسط الى برنامجي SPSS ,EVIEWS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المسعود/ يوسفي إيمان*/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فرحات عباس - سطيف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